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ANMELDEBLATT fürs Schüler:innenkonzert</w:t>
      </w:r>
    </w:p>
    <w:p>
      <w:pPr>
        <w:jc w:val="center"/>
      </w:pPr>
      <w:r>
        <w:rPr>
          <w:b/>
          <w:sz w:val="26"/>
        </w:rPr>
        <w:t>ABENDMUSIKEN – Salonkonzert am Mi., 11. Nov. 2026</w:t>
      </w:r>
    </w:p>
    <w:p>
      <w:pPr>
        <w:jc w:val="center"/>
      </w:pPr>
      <w:r>
        <w:rPr>
          <w:b/>
        </w:rPr>
        <w:t>Um 17.30 Uhr im Festsaal des Akademischen Gymnasiums Wien</w:t>
        <w:br/>
      </w:r>
      <w:r>
        <w:t>Saaleinlass um 17.15 Uhr – Dauer des ABENDMUSIKEN-Salonkonzerts inklusive einer Konzertpause bis längstens 19.20 Uhr geplant!</w:t>
      </w:r>
    </w:p>
    <w:p>
      <w:pPr>
        <w:jc w:val="center"/>
      </w:pPr>
      <w:r>
        <w:rPr>
          <w:b/>
          <w:sz w:val="24"/>
        </w:rPr>
        <w:t>Anmeldeschluss: Fr., 6. Nov. 2026 um 13.00 Uhr!!!</w:t>
      </w:r>
    </w:p>
    <w:p>
      <w:r>
        <w:t>Bitte TOTAL LESERLICH schreiben. Danke. Vergiss nicht, schön und festlich gekleidet zu kommen sowie viele Freund:innen von Dir mitzunehmen, damit wir wieder einen VOLL-besetzten Festsaal haben.</w:t>
      </w:r>
    </w:p>
    <w:p>
      <w:r>
        <w:t>Dieses Anmeldeblatt beim MUSIK-Fachkoordinator (Prof. Johann PICHLER) oder bei Frau Prof. Isabella LANG oder im Postfach / Herrn Prof. Johann PICHLER im Konferenzzimmer einfächern lassen.</w:t>
      </w:r>
    </w:p>
    <w:p>
      <w:pPr>
        <w:spacing w:after="80"/>
      </w:pPr>
      <w:r>
        <w:rPr>
          <w:b/>
        </w:rPr>
        <w:t xml:space="preserve">Name (Vor- und Zuname) </w:t>
      </w:r>
      <w:r>
        <w:t>_________________________________________________________________</w:t>
      </w:r>
    </w:p>
    <w:p>
      <w:pPr>
        <w:spacing w:after="80"/>
      </w:pPr>
      <w:r>
        <w:rPr>
          <w:b/>
        </w:rPr>
        <w:t xml:space="preserve">Klasse: </w:t>
      </w:r>
      <w:r>
        <w:t>_________________________________________________________________</w:t>
      </w:r>
    </w:p>
    <w:p>
      <w:pPr>
        <w:jc w:val="center"/>
      </w:pPr>
      <w:r>
        <w:rPr>
          <w:b/>
        </w:rPr>
        <w:t>LESERLICH SCHREIBEN</w:t>
      </w:r>
    </w:p>
    <w:p>
      <w:r>
        <w:rPr>
          <w:b/>
        </w:rPr>
        <w:t xml:space="preserve">VORTRAGSSTÜCK: </w:t>
      </w:r>
      <w:r>
        <w:t>Die Vortragsstücke sollen sehr, sehr gut gespielt und vorbereitet sein!</w:t>
      </w:r>
    </w:p>
    <w:p>
      <w:pPr>
        <w:spacing w:after="80"/>
      </w:pPr>
      <w:r>
        <w:rPr>
          <w:b/>
        </w:rPr>
        <w:t xml:space="preserve">Titel der Komposition (vollständiger Titel): </w:t>
      </w:r>
      <w:r>
        <w:t>_________________________________________________________________</w:t>
      </w:r>
    </w:p>
    <w:p>
      <w:pPr>
        <w:spacing w:after="80"/>
      </w:pPr>
      <w:r>
        <w:rPr>
          <w:b/>
        </w:rPr>
        <w:t xml:space="preserve">Eventuell Werkverzeichnis: </w:t>
      </w:r>
      <w:r>
        <w:t>_________________________________________________________________</w:t>
      </w:r>
    </w:p>
    <w:p>
      <w:pPr>
        <w:spacing w:after="80"/>
      </w:pPr>
      <w:r>
        <w:rPr>
          <w:b/>
        </w:rPr>
        <w:t xml:space="preserve">Genaue SATZ- und TEMPOANGABE: </w:t>
      </w:r>
      <w:r>
        <w:t>_________________________________________________________________</w:t>
      </w:r>
    </w:p>
    <w:p>
      <w:pPr>
        <w:spacing w:after="80"/>
      </w:pPr>
      <w:r>
        <w:rPr>
          <w:b/>
        </w:rPr>
        <w:t xml:space="preserve">Komponist (auch Jahresdaten des Komponisten): </w:t>
      </w:r>
      <w:r>
        <w:t>_________________________________________________________________</w:t>
      </w:r>
    </w:p>
    <w:p>
      <w:pPr>
        <w:spacing w:after="80"/>
      </w:pPr>
      <w:r>
        <w:rPr>
          <w:b/>
        </w:rPr>
        <w:t xml:space="preserve">Wer begleitet / Klavier- oder Gitarrebegleitung / Name: </w:t>
      </w:r>
      <w:r>
        <w:t>_________________________________________________________________</w:t>
      </w:r>
    </w:p>
    <w:p>
      <w:pPr>
        <w:spacing w:after="80"/>
      </w:pPr>
      <w:r>
        <w:rPr>
          <w:b/>
        </w:rPr>
        <w:t xml:space="preserve">Ungefähre Zeitdauer / Länge / Minutenangabe: </w:t>
      </w:r>
      <w:r>
        <w:t>_________________________________________________________________</w:t>
      </w:r>
    </w:p>
    <w:p>
      <w:pPr>
        <w:spacing w:after="80"/>
      </w:pPr>
      <w:r>
        <w:rPr>
          <w:b/>
        </w:rPr>
        <w:t xml:space="preserve">Instrument / Stimme / Stimmlage: </w:t>
      </w:r>
      <w:r>
        <w:t>_________________________________________________________________</w:t>
      </w:r>
    </w:p>
    <w:p>
      <w:pPr>
        <w:spacing w:after="80"/>
      </w:pPr>
      <w:r>
        <w:rPr>
          <w:b/>
        </w:rPr>
        <w:t xml:space="preserve">Wenn Kammermusik / Ensemble: ALLE Namen der Künstler:innen und Instrumente und Stimmlagen anführen: </w:t>
      </w:r>
      <w:r>
        <w:t>__________________________________________________</w:t>
      </w:r>
    </w:p>
    <w:p>
      <w:pPr>
        <w:spacing w:after="60"/>
      </w:pPr>
      <w:r>
        <w:t>__________________________________________________________________________________________</w:t>
      </w:r>
    </w:p>
    <w:p>
      <w:r>
        <w:t>Es kann auch ein Tanz gezeigt werden – oder auch etwas vorgesprochen werden, z. B. wenn jemand Schauspielunterricht bekommt oder literarische Texte verfasst.</w:t>
      </w:r>
    </w:p>
    <w:p>
      <w:pPr>
        <w:jc w:val="center"/>
      </w:pPr>
      <w:r>
        <w:rPr>
          <w:b/>
        </w:rPr>
        <w:t>Danke, dass Du mitmachst! Die Musikprofessor:innen und alle anderen Professor:innen sowie unser Herr Direktor am Akademischen Gymnasium Wien freuen sich auf Dich!</w:t>
      </w:r>
    </w:p>
    <w:sectPr w:rsidR="00FC693F" w:rsidRPr="0006063C" w:rsidSect="00034616"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